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CA813" w14:textId="77777777" w:rsidR="00956E21" w:rsidRDefault="00956E21" w:rsidP="00956E21">
      <w:pPr>
        <w:spacing w:before="300"/>
        <w:jc w:val="center"/>
        <w:rPr>
          <w:b/>
          <w:color w:val="111111"/>
          <w:sz w:val="60"/>
        </w:rPr>
      </w:pPr>
      <w:r>
        <w:rPr>
          <w:b/>
          <w:color w:val="111111"/>
          <w:sz w:val="60"/>
        </w:rPr>
        <w:t>Front Foot Coaching</w:t>
      </w:r>
    </w:p>
    <w:p w14:paraId="4E59C419" w14:textId="77777777" w:rsidR="00956E21" w:rsidRDefault="00956E21" w:rsidP="00956E21">
      <w:pPr>
        <w:jc w:val="center"/>
        <w:rPr>
          <w:b/>
          <w:color w:val="F36C21"/>
          <w:sz w:val="24"/>
        </w:rPr>
      </w:pPr>
      <w:r>
        <w:rPr>
          <w:b/>
          <w:sz w:val="32"/>
        </w:rPr>
        <w:t>Equality, Diversity &amp; Inclusion Policy</w:t>
      </w:r>
      <w:r>
        <w:rPr>
          <w:b/>
          <w:color w:val="F36C21"/>
          <w:sz w:val="24"/>
        </w:rPr>
        <w:t xml:space="preserve"> </w:t>
      </w:r>
    </w:p>
    <w:p w14:paraId="2812A2B4" w14:textId="7042D106" w:rsidR="00956E21" w:rsidRDefault="00956E21" w:rsidP="00956E21">
      <w:pPr>
        <w:jc w:val="center"/>
      </w:pPr>
      <w:r>
        <w:rPr>
          <w:b/>
          <w:color w:val="F36C21"/>
          <w:sz w:val="24"/>
        </w:rPr>
        <w:t>Creating a safe, inclusive and positive environment for every child</w:t>
      </w:r>
    </w:p>
    <w:p w14:paraId="6DF89613" w14:textId="77777777" w:rsidR="00956E21" w:rsidRDefault="00956E21" w:rsidP="00956E21">
      <w:pPr>
        <w:spacing w:before="360"/>
        <w:jc w:val="center"/>
      </w:pPr>
      <w:r>
        <w:rPr>
          <w:i/>
          <w:sz w:val="22"/>
        </w:rPr>
        <w:t>Applies across the whole of Front Foot Coaching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17"/>
        <w:gridCol w:w="2527"/>
        <w:gridCol w:w="2515"/>
        <w:gridCol w:w="2511"/>
      </w:tblGrid>
      <w:tr w:rsidR="00956E21" w14:paraId="1309A0A2" w14:textId="77777777" w:rsidTr="001731DC">
        <w:trPr>
          <w:jc w:val="center"/>
        </w:trPr>
        <w:tc>
          <w:tcPr>
            <w:tcW w:w="2556" w:type="dxa"/>
            <w:shd w:val="clear" w:color="auto" w:fill="11111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A24A10" w14:textId="77777777" w:rsidR="00956E21" w:rsidRDefault="00956E21" w:rsidP="001731DC">
            <w:r>
              <w:rPr>
                <w:b/>
                <w:color w:val="FFFFFF"/>
              </w:rPr>
              <w:t>Policy owner</w:t>
            </w:r>
          </w:p>
        </w:tc>
        <w:tc>
          <w:tcPr>
            <w:tcW w:w="2556" w:type="dxa"/>
            <w:shd w:val="clear" w:color="auto" w:fill="F3F3F3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004F10" w14:textId="77777777" w:rsidR="00956E21" w:rsidRDefault="00956E21" w:rsidP="001731DC">
            <w:r>
              <w:t>Front Foot Coaching Management Team</w:t>
            </w:r>
          </w:p>
        </w:tc>
        <w:tc>
          <w:tcPr>
            <w:tcW w:w="2556" w:type="dxa"/>
            <w:shd w:val="clear" w:color="auto" w:fill="11111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E5C70B" w14:textId="77777777" w:rsidR="00956E21" w:rsidRDefault="00956E21" w:rsidP="001731DC">
            <w:r>
              <w:rPr>
                <w:b/>
                <w:color w:val="FFFFFF"/>
              </w:rPr>
              <w:t>Version</w:t>
            </w:r>
          </w:p>
        </w:tc>
        <w:tc>
          <w:tcPr>
            <w:tcW w:w="2556" w:type="dxa"/>
            <w:shd w:val="clear" w:color="auto" w:fill="F3F3F3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11CD9C" w14:textId="77777777" w:rsidR="00956E21" w:rsidRDefault="00956E21" w:rsidP="001731DC">
            <w:r>
              <w:t>1.0</w:t>
            </w:r>
          </w:p>
        </w:tc>
      </w:tr>
      <w:tr w:rsidR="00956E21" w14:paraId="0CD1E6C1" w14:textId="77777777" w:rsidTr="001731DC">
        <w:trPr>
          <w:jc w:val="center"/>
        </w:trPr>
        <w:tc>
          <w:tcPr>
            <w:tcW w:w="2556" w:type="dxa"/>
            <w:shd w:val="clear" w:color="auto" w:fill="11111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641AD9" w14:textId="77777777" w:rsidR="00956E21" w:rsidRDefault="00956E21" w:rsidP="001731DC">
            <w:r>
              <w:rPr>
                <w:b/>
                <w:color w:val="FFFFFF"/>
              </w:rPr>
              <w:t>Effective date</w:t>
            </w:r>
          </w:p>
        </w:tc>
        <w:tc>
          <w:tcPr>
            <w:tcW w:w="2556" w:type="dxa"/>
            <w:shd w:val="clear" w:color="auto" w:fill="F3F3F3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66F948" w14:textId="2129A8A2" w:rsidR="00956E21" w:rsidRDefault="00956E21" w:rsidP="001731DC">
            <w:r>
              <w:t>1</w:t>
            </w:r>
            <w:r w:rsidRPr="00956E21">
              <w:rPr>
                <w:vertAlign w:val="superscript"/>
              </w:rPr>
              <w:t>st</w:t>
            </w:r>
            <w:r>
              <w:t xml:space="preserve"> September</w:t>
            </w:r>
            <w:r>
              <w:t xml:space="preserve"> 2026</w:t>
            </w:r>
          </w:p>
        </w:tc>
        <w:tc>
          <w:tcPr>
            <w:tcW w:w="2556" w:type="dxa"/>
            <w:shd w:val="clear" w:color="auto" w:fill="11111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762223" w14:textId="77777777" w:rsidR="00956E21" w:rsidRDefault="00956E21" w:rsidP="001731DC">
            <w:r>
              <w:rPr>
                <w:b/>
                <w:color w:val="FFFFFF"/>
              </w:rPr>
              <w:t>Review date</w:t>
            </w:r>
          </w:p>
        </w:tc>
        <w:tc>
          <w:tcPr>
            <w:tcW w:w="2556" w:type="dxa"/>
            <w:shd w:val="clear" w:color="auto" w:fill="F3F3F3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087089" w14:textId="27086CB2" w:rsidR="00956E21" w:rsidRDefault="00956E21" w:rsidP="001731DC">
            <w:r>
              <w:t>31</w:t>
            </w:r>
            <w:r w:rsidRPr="00956E21">
              <w:rPr>
                <w:vertAlign w:val="superscript"/>
              </w:rPr>
              <w:t>st</w:t>
            </w:r>
            <w:r>
              <w:t xml:space="preserve"> </w:t>
            </w:r>
            <w:r>
              <w:t>August 2027</w:t>
            </w:r>
          </w:p>
        </w:tc>
      </w:tr>
    </w:tbl>
    <w:p w14:paraId="6B8E2951" w14:textId="77777777" w:rsidR="00956E21" w:rsidRDefault="00956E21" w:rsidP="00956E21">
      <w:r>
        <w:br w:type="page"/>
      </w:r>
    </w:p>
    <w:p w14:paraId="03973CE0" w14:textId="72BC24BB" w:rsidR="00503311" w:rsidRDefault="00503311" w:rsidP="00956E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503311" w14:paraId="29C7F7C4" w14:textId="77777777">
        <w:tc>
          <w:tcPr>
            <w:tcW w:w="5040" w:type="dxa"/>
          </w:tcPr>
          <w:p w14:paraId="5C070097" w14:textId="77777777" w:rsidR="00503311" w:rsidRDefault="004305F6">
            <w:r>
              <w:rPr>
                <w:b/>
              </w:rPr>
              <w:t>Policy Owner</w:t>
            </w:r>
          </w:p>
        </w:tc>
        <w:tc>
          <w:tcPr>
            <w:tcW w:w="5040" w:type="dxa"/>
          </w:tcPr>
          <w:p w14:paraId="13AE88EF" w14:textId="77777777" w:rsidR="00503311" w:rsidRDefault="004305F6">
            <w:r>
              <w:t>Front Foot Coaching Ltd</w:t>
            </w:r>
          </w:p>
        </w:tc>
      </w:tr>
      <w:tr w:rsidR="00503311" w14:paraId="2FC3F047" w14:textId="77777777">
        <w:tc>
          <w:tcPr>
            <w:tcW w:w="5040" w:type="dxa"/>
          </w:tcPr>
          <w:p w14:paraId="7778E3DB" w14:textId="77777777" w:rsidR="00503311" w:rsidRDefault="004305F6">
            <w:r>
              <w:rPr>
                <w:b/>
              </w:rPr>
              <w:t>Policy Applies To</w:t>
            </w:r>
          </w:p>
        </w:tc>
        <w:tc>
          <w:tcPr>
            <w:tcW w:w="5040" w:type="dxa"/>
          </w:tcPr>
          <w:p w14:paraId="73CA3799" w14:textId="77777777" w:rsidR="00503311" w:rsidRDefault="004305F6">
            <w:r>
              <w:t>All staff, coaches, volunteers, contractors, participants, parents/carers and visitors</w:t>
            </w:r>
          </w:p>
        </w:tc>
      </w:tr>
      <w:tr w:rsidR="00503311" w14:paraId="549E8DB1" w14:textId="77777777">
        <w:tc>
          <w:tcPr>
            <w:tcW w:w="5040" w:type="dxa"/>
          </w:tcPr>
          <w:p w14:paraId="0AE5ABD6" w14:textId="77777777" w:rsidR="00503311" w:rsidRDefault="004305F6">
            <w:r>
              <w:rPr>
                <w:b/>
              </w:rPr>
              <w:t>Effective From</w:t>
            </w:r>
          </w:p>
        </w:tc>
        <w:tc>
          <w:tcPr>
            <w:tcW w:w="5040" w:type="dxa"/>
          </w:tcPr>
          <w:p w14:paraId="27FDF4A1" w14:textId="77777777" w:rsidR="00503311" w:rsidRDefault="004305F6">
            <w:r>
              <w:t>September 2026</w:t>
            </w:r>
          </w:p>
        </w:tc>
      </w:tr>
      <w:tr w:rsidR="00503311" w14:paraId="7C066639" w14:textId="77777777">
        <w:tc>
          <w:tcPr>
            <w:tcW w:w="5040" w:type="dxa"/>
          </w:tcPr>
          <w:p w14:paraId="61AEAAE5" w14:textId="77777777" w:rsidR="00503311" w:rsidRDefault="004305F6">
            <w:r>
              <w:rPr>
                <w:b/>
              </w:rPr>
              <w:t>Review Date</w:t>
            </w:r>
          </w:p>
        </w:tc>
        <w:tc>
          <w:tcPr>
            <w:tcW w:w="5040" w:type="dxa"/>
          </w:tcPr>
          <w:p w14:paraId="04DF0D1B" w14:textId="77777777" w:rsidR="00503311" w:rsidRDefault="004305F6">
            <w:r>
              <w:t>September 2027</w:t>
            </w:r>
          </w:p>
        </w:tc>
      </w:tr>
    </w:tbl>
    <w:p w14:paraId="327D8B42" w14:textId="77777777" w:rsidR="00503311" w:rsidRDefault="00503311"/>
    <w:p w14:paraId="15544057" w14:textId="77777777" w:rsidR="00503311" w:rsidRDefault="004305F6">
      <w:r>
        <w:rPr>
          <w:b/>
          <w:sz w:val="26"/>
        </w:rPr>
        <w:t>1. Our Commitment</w:t>
      </w:r>
    </w:p>
    <w:p w14:paraId="5C350985" w14:textId="77777777" w:rsidR="00503311" w:rsidRDefault="004305F6">
      <w:r>
        <w:t>At Front Foot Coaching, we believe that every child should have the opportunity to enjoy football, develop their skills, build confidence and reach their potential.</w:t>
      </w:r>
    </w:p>
    <w:p w14:paraId="79BB0AD4" w14:textId="77777777" w:rsidR="00503311" w:rsidRDefault="004305F6">
      <w:r>
        <w:t>We are committed to creating a safe, welcoming, positive and inclusive environment where everyone is treated fairly, with dignity and respect.</w:t>
      </w:r>
    </w:p>
    <w:p w14:paraId="179B6D37" w14:textId="77777777" w:rsidR="00503311" w:rsidRDefault="004305F6">
      <w:r>
        <w:t>Our coaching is designed for children of all ages, abilities, backgrounds and experience levels, and we aim to ensure that every participant feels valued, supported and able to take part.</w:t>
      </w:r>
    </w:p>
    <w:p w14:paraId="40B996BF" w14:textId="77777777" w:rsidR="00503311" w:rsidRDefault="004305F6">
      <w:r>
        <w:t>Front Foot Coaching is committed to promoting equality and eliminating discrimination in all areas of our work.</w:t>
      </w:r>
    </w:p>
    <w:p w14:paraId="2AD8E6F8" w14:textId="77777777" w:rsidR="00503311" w:rsidRDefault="004305F6">
      <w:r>
        <w:rPr>
          <w:b/>
          <w:sz w:val="26"/>
        </w:rPr>
        <w:t>2. Equality and Inclusion</w:t>
      </w:r>
    </w:p>
    <w:p w14:paraId="454AB924" w14:textId="1D1D3655" w:rsidR="00503311" w:rsidRDefault="004305F6">
      <w:r>
        <w:t xml:space="preserve">Front Foot Coaching will not discriminate against, exclude or treat anyone less </w:t>
      </w:r>
      <w:proofErr w:type="spellStart"/>
      <w:r>
        <w:t>favourably</w:t>
      </w:r>
      <w:proofErr w:type="spellEnd"/>
      <w:r>
        <w:t xml:space="preserve"> because of:</w:t>
      </w:r>
    </w:p>
    <w:p w14:paraId="5EAD63BB" w14:textId="731B6FD4" w:rsidR="00503311" w:rsidRDefault="004305F6">
      <w:pPr>
        <w:pStyle w:val="ListBullet"/>
      </w:pPr>
      <w:r>
        <w:t>Age</w:t>
      </w:r>
    </w:p>
    <w:p w14:paraId="3CD7EBFA" w14:textId="1008C5A2" w:rsidR="00503311" w:rsidRDefault="004305F6">
      <w:pPr>
        <w:pStyle w:val="ListBullet"/>
      </w:pPr>
      <w:r>
        <w:t>Sex or gender</w:t>
      </w:r>
    </w:p>
    <w:p w14:paraId="4284B701" w14:textId="7E5FB98C" w:rsidR="00503311" w:rsidRDefault="004305F6">
      <w:pPr>
        <w:pStyle w:val="ListBullet"/>
      </w:pPr>
      <w:r>
        <w:t>Gender reassignment</w:t>
      </w:r>
    </w:p>
    <w:p w14:paraId="786D6B64" w14:textId="6ECB1785" w:rsidR="00503311" w:rsidRDefault="004305F6">
      <w:pPr>
        <w:pStyle w:val="ListBullet"/>
      </w:pPr>
      <w:r>
        <w:t>Sexual orientation</w:t>
      </w:r>
    </w:p>
    <w:p w14:paraId="18BDC6DA" w14:textId="6EFDEF18" w:rsidR="00503311" w:rsidRDefault="004305F6">
      <w:pPr>
        <w:pStyle w:val="ListBullet"/>
      </w:pPr>
      <w:r>
        <w:t>Race</w:t>
      </w:r>
    </w:p>
    <w:p w14:paraId="438265D9" w14:textId="547055C0" w:rsidR="00503311" w:rsidRDefault="004305F6">
      <w:pPr>
        <w:pStyle w:val="ListBullet"/>
      </w:pPr>
      <w:r>
        <w:t>Nationality</w:t>
      </w:r>
    </w:p>
    <w:p w14:paraId="7C8A08B3" w14:textId="503CAB15" w:rsidR="00503311" w:rsidRDefault="004305F6">
      <w:pPr>
        <w:pStyle w:val="ListBullet"/>
      </w:pPr>
      <w:r>
        <w:t>Ethnic or national origin</w:t>
      </w:r>
    </w:p>
    <w:p w14:paraId="567CB72F" w14:textId="2FF72444" w:rsidR="00503311" w:rsidRDefault="004305F6">
      <w:pPr>
        <w:pStyle w:val="ListBullet"/>
      </w:pPr>
      <w:proofErr w:type="spellStart"/>
      <w:r>
        <w:t>Colour</w:t>
      </w:r>
      <w:proofErr w:type="spellEnd"/>
    </w:p>
    <w:p w14:paraId="098C5F2B" w14:textId="55E3EB77" w:rsidR="00503311" w:rsidRDefault="004305F6">
      <w:pPr>
        <w:pStyle w:val="ListBullet"/>
      </w:pPr>
      <w:r>
        <w:t>Religion or belief</w:t>
      </w:r>
    </w:p>
    <w:p w14:paraId="692BA6F9" w14:textId="0C8A9B40" w:rsidR="00503311" w:rsidRDefault="004305F6">
      <w:pPr>
        <w:pStyle w:val="ListBullet"/>
      </w:pPr>
      <w:r>
        <w:t>Disability</w:t>
      </w:r>
    </w:p>
    <w:p w14:paraId="4AB17AB2" w14:textId="12A01055" w:rsidR="00503311" w:rsidRDefault="004305F6">
      <w:pPr>
        <w:pStyle w:val="ListBullet"/>
      </w:pPr>
      <w:r>
        <w:t>Special educational needs or additional needs</w:t>
      </w:r>
    </w:p>
    <w:p w14:paraId="15BCC925" w14:textId="77911C6A" w:rsidR="00503311" w:rsidRDefault="004305F6">
      <w:pPr>
        <w:pStyle w:val="ListBullet"/>
      </w:pPr>
      <w:r>
        <w:t>Pregnancy or maternity</w:t>
      </w:r>
    </w:p>
    <w:p w14:paraId="067D590D" w14:textId="239C7B93" w:rsidR="00503311" w:rsidRDefault="004305F6">
      <w:pPr>
        <w:pStyle w:val="ListBullet"/>
      </w:pPr>
      <w:r>
        <w:t>Marriage or civil partnership</w:t>
      </w:r>
    </w:p>
    <w:p w14:paraId="11CDFB94" w14:textId="6346E98D" w:rsidR="00503311" w:rsidRDefault="004305F6">
      <w:pPr>
        <w:pStyle w:val="ListBullet"/>
      </w:pPr>
      <w:r>
        <w:t>Any other protected characteristic recognised under the Equality Act 2010</w:t>
      </w:r>
    </w:p>
    <w:p w14:paraId="2639048E" w14:textId="77777777" w:rsidR="00503311" w:rsidRDefault="004305F6">
      <w:r>
        <w:t>We will also consider individual circumstances, barriers to participation and additional support needs when planning and delivering our activities.</w:t>
      </w:r>
    </w:p>
    <w:p w14:paraId="7470805E" w14:textId="77777777" w:rsidR="00503311" w:rsidRDefault="004305F6">
      <w:r>
        <w:t>Our aim is not simply to provide equal access, but to provide fair and appropriate opportunities for every child to participate and succeed.</w:t>
      </w:r>
    </w:p>
    <w:p w14:paraId="1AF98C9D" w14:textId="77777777" w:rsidR="00503311" w:rsidRDefault="004305F6">
      <w:r>
        <w:rPr>
          <w:b/>
          <w:sz w:val="26"/>
        </w:rPr>
        <w:t>3. An Inclusive Coaching Environment</w:t>
      </w:r>
    </w:p>
    <w:p w14:paraId="72941D40" w14:textId="77777777" w:rsidR="00503311" w:rsidRDefault="004305F6">
      <w:r>
        <w:t>Front Foot Coaching believes that football should be accessible to everyone.</w:t>
      </w:r>
    </w:p>
    <w:p w14:paraId="373325A0" w14:textId="77777777" w:rsidR="00503311" w:rsidRDefault="004305F6">
      <w:r>
        <w:t>Our coaches will:</w:t>
      </w:r>
    </w:p>
    <w:p w14:paraId="40372AE4" w14:textId="77777777" w:rsidR="00503311" w:rsidRDefault="00503311"/>
    <w:p w14:paraId="1F753669" w14:textId="27805EC9" w:rsidR="00503311" w:rsidRDefault="004305F6">
      <w:pPr>
        <w:pStyle w:val="ListBullet"/>
      </w:pPr>
      <w:r>
        <w:t>Treat every child with dignity, kindness and respect.</w:t>
      </w:r>
    </w:p>
    <w:p w14:paraId="6EB51BDB" w14:textId="42BEB2A4" w:rsidR="00503311" w:rsidRDefault="004305F6">
      <w:pPr>
        <w:pStyle w:val="ListBullet"/>
      </w:pPr>
      <w:r>
        <w:t>Encourage participation regardless of ability or experience.</w:t>
      </w:r>
    </w:p>
    <w:p w14:paraId="34FA85DD" w14:textId="0599E5F4" w:rsidR="00503311" w:rsidRDefault="004305F6">
      <w:pPr>
        <w:pStyle w:val="ListBullet"/>
      </w:pPr>
      <w:r>
        <w:t>Adapt activities where reasonably possible to support individual needs.</w:t>
      </w:r>
    </w:p>
    <w:p w14:paraId="09EE38F1" w14:textId="2C873F77" w:rsidR="00503311" w:rsidRDefault="004305F6">
      <w:pPr>
        <w:pStyle w:val="ListBullet"/>
      </w:pPr>
      <w:r>
        <w:t>Provide positive and constructive feedback.</w:t>
      </w:r>
    </w:p>
    <w:p w14:paraId="130B3E3C" w14:textId="539D9150" w:rsidR="00503311" w:rsidRDefault="004305F6">
      <w:pPr>
        <w:pStyle w:val="ListBullet"/>
      </w:pPr>
      <w:r>
        <w:t>Encourage children to develop confidence and independence.</w:t>
      </w:r>
    </w:p>
    <w:p w14:paraId="315F3E9E" w14:textId="4FFEA116" w:rsidR="00503311" w:rsidRDefault="004305F6">
      <w:pPr>
        <w:pStyle w:val="ListBullet"/>
      </w:pPr>
      <w:r>
        <w:t>Promote teamwork, communication and respect.</w:t>
      </w:r>
    </w:p>
    <w:p w14:paraId="2DF1FD6E" w14:textId="3F6021EA" w:rsidR="00503311" w:rsidRDefault="004305F6">
      <w:pPr>
        <w:pStyle w:val="ListBullet"/>
      </w:pPr>
      <w:r>
        <w:t xml:space="preserve">Avoid </w:t>
      </w:r>
      <w:proofErr w:type="spellStart"/>
      <w:r>
        <w:t>favouritism</w:t>
      </w:r>
      <w:proofErr w:type="spellEnd"/>
      <w:r>
        <w:t xml:space="preserve"> or unfair treatment.</w:t>
      </w:r>
    </w:p>
    <w:p w14:paraId="37942A1F" w14:textId="723F4077" w:rsidR="00503311" w:rsidRDefault="004305F6">
      <w:pPr>
        <w:pStyle w:val="ListBullet"/>
      </w:pPr>
      <w:r>
        <w:t xml:space="preserve">Challenge discriminatory language, </w:t>
      </w:r>
      <w:proofErr w:type="spellStart"/>
      <w:r>
        <w:t>behaviour</w:t>
      </w:r>
      <w:proofErr w:type="spellEnd"/>
      <w:r>
        <w:t xml:space="preserve"> or attitudes.</w:t>
      </w:r>
    </w:p>
    <w:p w14:paraId="4A20B3D7" w14:textId="2F95CC89" w:rsidR="00503311" w:rsidRDefault="004305F6">
      <w:pPr>
        <w:pStyle w:val="ListBullet"/>
      </w:pPr>
      <w:r>
        <w:t>Create an environment where children feel comfortable being themselves.</w:t>
      </w:r>
    </w:p>
    <w:p w14:paraId="63A00B02" w14:textId="135C55EA" w:rsidR="00503311" w:rsidRDefault="004305F6">
      <w:pPr>
        <w:pStyle w:val="ListBullet"/>
      </w:pPr>
      <w:r>
        <w:t>Ensure that opportunities to participate are not unfairly restricted.</w:t>
      </w:r>
    </w:p>
    <w:p w14:paraId="0DD325A5" w14:textId="77777777" w:rsidR="00503311" w:rsidRDefault="004305F6">
      <w:r>
        <w:rPr>
          <w:b/>
          <w:sz w:val="26"/>
        </w:rPr>
        <w:t>4. Disability, SEND and Additional Needs</w:t>
      </w:r>
    </w:p>
    <w:p w14:paraId="7857DD37" w14:textId="77777777" w:rsidR="00503311" w:rsidRDefault="004305F6">
      <w:r>
        <w:t>Front Foot Coaching recognises that children may have different physical, learning, communication, behavioural, sensory or emotional needs.</w:t>
      </w:r>
    </w:p>
    <w:p w14:paraId="5DCE829C" w14:textId="77777777" w:rsidR="00503311" w:rsidRDefault="004305F6">
      <w:r>
        <w:t>We are committed to making our coaching as accessible and inclusive as reasonably possible.</w:t>
      </w:r>
    </w:p>
    <w:p w14:paraId="7719E82F" w14:textId="38F70587" w:rsidR="00503311" w:rsidRDefault="004305F6">
      <w:r>
        <w:t>Where appropriate, we will:</w:t>
      </w:r>
    </w:p>
    <w:p w14:paraId="37ED4EEE" w14:textId="5E8EB829" w:rsidR="00503311" w:rsidRDefault="004305F6">
      <w:pPr>
        <w:pStyle w:val="ListBullet"/>
      </w:pPr>
      <w:r>
        <w:t>Adapt activities, instructions and coaching methods.</w:t>
      </w:r>
    </w:p>
    <w:p w14:paraId="25F9E40B" w14:textId="2B21C880" w:rsidR="00503311" w:rsidRDefault="004305F6">
      <w:pPr>
        <w:pStyle w:val="ListBullet"/>
      </w:pPr>
      <w:r>
        <w:t>Consider individual needs when planning sessions.</w:t>
      </w:r>
    </w:p>
    <w:p w14:paraId="7EAE3CD4" w14:textId="38B3FDF9" w:rsidR="00503311" w:rsidRDefault="004305F6">
      <w:pPr>
        <w:pStyle w:val="ListBullet"/>
      </w:pPr>
      <w:r>
        <w:t>Work with parents/carers and schools to understand appropriate support.</w:t>
      </w:r>
    </w:p>
    <w:p w14:paraId="7D60921D" w14:textId="1937D5D1" w:rsidR="00503311" w:rsidRDefault="004305F6">
      <w:pPr>
        <w:pStyle w:val="ListBullet"/>
      </w:pPr>
      <w:r>
        <w:t>Provide additional encouragement and guidance.</w:t>
      </w:r>
    </w:p>
    <w:p w14:paraId="7CD26189" w14:textId="767BA638" w:rsidR="00503311" w:rsidRDefault="004305F6">
      <w:pPr>
        <w:pStyle w:val="ListBullet"/>
      </w:pPr>
      <w:r>
        <w:t>Modify equipment, space, rules or activities where reasonably practicable.</w:t>
      </w:r>
    </w:p>
    <w:p w14:paraId="2DF4C07A" w14:textId="49A1B3C3" w:rsidR="00503311" w:rsidRDefault="004305F6">
      <w:pPr>
        <w:pStyle w:val="ListBullet"/>
      </w:pPr>
      <w:r>
        <w:t>Encourage participation without placing unnecessary pressure on the child.</w:t>
      </w:r>
    </w:p>
    <w:p w14:paraId="2188DDF7" w14:textId="751B7226" w:rsidR="00503311" w:rsidRDefault="004305F6">
      <w:pPr>
        <w:pStyle w:val="ListBullet"/>
      </w:pPr>
      <w:r>
        <w:t>Work with schools and other professionals where appropriate and with the necessary permissions.</w:t>
      </w:r>
    </w:p>
    <w:p w14:paraId="1AB817D0" w14:textId="77777777" w:rsidR="00503311" w:rsidRDefault="004305F6">
      <w:r>
        <w:rPr>
          <w:b/>
          <w:sz w:val="26"/>
        </w:rPr>
        <w:t>5. Gender Equality</w:t>
      </w:r>
    </w:p>
    <w:p w14:paraId="23763A31" w14:textId="77777777" w:rsidR="00503311" w:rsidRDefault="004305F6">
      <w:r>
        <w:t>Football is for everyone.</w:t>
      </w:r>
    </w:p>
    <w:p w14:paraId="09A3230D" w14:textId="77777777" w:rsidR="00503311" w:rsidRDefault="004305F6">
      <w:r>
        <w:t>Front Foot Coaching will provide equal opportunities for children of all genders to participate, develop and enjoy football.</w:t>
      </w:r>
    </w:p>
    <w:p w14:paraId="52845482" w14:textId="77777777" w:rsidR="00503311" w:rsidRDefault="004305F6">
      <w:r>
        <w:t>We will actively encourage participation from children who may be underrepresented in football and will work to remove unnecessary barriers to participation.</w:t>
      </w:r>
    </w:p>
    <w:p w14:paraId="39AACE34" w14:textId="77777777" w:rsidR="00503311" w:rsidRDefault="004305F6">
      <w:r>
        <w:rPr>
          <w:b/>
          <w:sz w:val="26"/>
        </w:rPr>
        <w:t>6. Respectful Behaviour</w:t>
      </w:r>
    </w:p>
    <w:p w14:paraId="68B56599" w14:textId="77777777" w:rsidR="00503311" w:rsidRDefault="004305F6">
      <w:r>
        <w:t>Front Foot Coaching has a zero-tolerance approach to discrimination, harassment, bullying, victimisation and abusive behaviour.</w:t>
      </w:r>
    </w:p>
    <w:p w14:paraId="12078E14" w14:textId="77777777" w:rsidR="00503311" w:rsidRDefault="004305F6">
      <w:r>
        <w:t>This includes behaviour that is:</w:t>
      </w:r>
    </w:p>
    <w:p w14:paraId="46E25388" w14:textId="77777777" w:rsidR="00503311" w:rsidRDefault="00503311"/>
    <w:p w14:paraId="73AB6012" w14:textId="3483CD1E" w:rsidR="00503311" w:rsidRDefault="004305F6">
      <w:pPr>
        <w:pStyle w:val="ListBullet"/>
      </w:pPr>
      <w:r>
        <w:t>Racist</w:t>
      </w:r>
    </w:p>
    <w:p w14:paraId="10918050" w14:textId="7E6CA793" w:rsidR="00503311" w:rsidRDefault="004305F6">
      <w:pPr>
        <w:pStyle w:val="ListBullet"/>
      </w:pPr>
      <w:r>
        <w:t>Sexist</w:t>
      </w:r>
    </w:p>
    <w:p w14:paraId="38F43496" w14:textId="3A6E197E" w:rsidR="00503311" w:rsidRDefault="004305F6">
      <w:pPr>
        <w:pStyle w:val="ListBullet"/>
      </w:pPr>
      <w:r>
        <w:t xml:space="preserve">Homophobic or </w:t>
      </w:r>
      <w:proofErr w:type="spellStart"/>
      <w:r>
        <w:t>biphobic</w:t>
      </w:r>
      <w:proofErr w:type="spellEnd"/>
    </w:p>
    <w:p w14:paraId="0B9228D3" w14:textId="790C62F5" w:rsidR="00503311" w:rsidRDefault="004305F6">
      <w:pPr>
        <w:pStyle w:val="ListBullet"/>
      </w:pPr>
      <w:r>
        <w:lastRenderedPageBreak/>
        <w:t>Transphobic</w:t>
      </w:r>
    </w:p>
    <w:p w14:paraId="0134E153" w14:textId="29335DA8" w:rsidR="00503311" w:rsidRDefault="004305F6">
      <w:pPr>
        <w:pStyle w:val="ListBullet"/>
      </w:pPr>
      <w:r>
        <w:t>Ableist</w:t>
      </w:r>
    </w:p>
    <w:p w14:paraId="64B4E93E" w14:textId="42C307FF" w:rsidR="00503311" w:rsidRDefault="004305F6">
      <w:pPr>
        <w:pStyle w:val="ListBullet"/>
      </w:pPr>
      <w:r>
        <w:t>Religious or belief-based</w:t>
      </w:r>
    </w:p>
    <w:p w14:paraId="0B64E34B" w14:textId="32659CD6" w:rsidR="00503311" w:rsidRDefault="004305F6">
      <w:pPr>
        <w:pStyle w:val="ListBullet"/>
      </w:pPr>
      <w:r>
        <w:t>Based on disability or additional needs</w:t>
      </w:r>
    </w:p>
    <w:p w14:paraId="3870652D" w14:textId="1EA9080C" w:rsidR="00503311" w:rsidRDefault="004305F6">
      <w:pPr>
        <w:pStyle w:val="ListBullet"/>
      </w:pPr>
      <w:r>
        <w:t>Verbal, physical or online</w:t>
      </w:r>
    </w:p>
    <w:p w14:paraId="4AE63A47" w14:textId="6BF5CDE5" w:rsidR="00503311" w:rsidRDefault="004305F6">
      <w:pPr>
        <w:pStyle w:val="ListBullet"/>
      </w:pPr>
      <w:r>
        <w:t>Directed towards a child, parent/carer, coach, school employee or any other member of the Front Foot community.</w:t>
      </w:r>
    </w:p>
    <w:p w14:paraId="7D5681D7" w14:textId="77777777" w:rsidR="00503311" w:rsidRDefault="004305F6">
      <w:r>
        <w:t>Discriminatory comments, jokes, gestures, exclusion or behaviour will not be accepted, even where the person responsible considers it to be “banter” or a joke.</w:t>
      </w:r>
    </w:p>
    <w:p w14:paraId="7AC02351" w14:textId="77777777" w:rsidR="00503311" w:rsidRDefault="004305F6">
      <w:r>
        <w:t>Any concerns will be taken seriously and dealt with appropriately.</w:t>
      </w:r>
    </w:p>
    <w:p w14:paraId="3817D156" w14:textId="77777777" w:rsidR="00503311" w:rsidRDefault="004305F6">
      <w:r>
        <w:rPr>
          <w:b/>
          <w:sz w:val="26"/>
        </w:rPr>
        <w:t>7. Equality and Safeguarding</w:t>
      </w:r>
    </w:p>
    <w:p w14:paraId="04C6B447" w14:textId="77777777" w:rsidR="00503311" w:rsidRDefault="004305F6">
      <w:r>
        <w:t>Equality and inclusion form an important part of our wider safeguarding responsibilities.</w:t>
      </w:r>
    </w:p>
    <w:p w14:paraId="55FEA7B6" w14:textId="77777777" w:rsidR="00503311" w:rsidRDefault="004305F6">
      <w:r>
        <w:t>All Front Foot Coaching staff are expected to promote the welfare, dignity and safety of children.</w:t>
      </w:r>
    </w:p>
    <w:p w14:paraId="2574D97F" w14:textId="77777777" w:rsidR="00503311" w:rsidRDefault="004305F6">
      <w:r>
        <w:t>Our coaches are required to follow Front Foot Coaching's safeguarding procedures alongside this policy.</w:t>
      </w:r>
    </w:p>
    <w:p w14:paraId="0EC89197" w14:textId="77777777" w:rsidR="00503311" w:rsidRDefault="004305F6">
      <w:r>
        <w:t>Where discriminatory behaviour raises a safeguarding concern, the matter will be dealt with in accordance with our Safeguarding and Child Protection Policy and, where appropriate, referred to the relevant school, safeguarding professional or statutory agency.</w:t>
      </w:r>
    </w:p>
    <w:p w14:paraId="3F860707" w14:textId="77777777" w:rsidR="00503311" w:rsidRDefault="004305F6">
      <w:r>
        <w:rPr>
          <w:b/>
          <w:sz w:val="26"/>
        </w:rPr>
        <w:t>8. Recruitment and Staff</w:t>
      </w:r>
    </w:p>
    <w:p w14:paraId="13C861BA" w14:textId="77777777" w:rsidR="00503311" w:rsidRDefault="004305F6">
      <w:r>
        <w:t>Front Foot Coaching is committed to equality in the recruitment, selection, training and development of its staff and coaches.</w:t>
      </w:r>
    </w:p>
    <w:p w14:paraId="0959C94E" w14:textId="77777777" w:rsidR="00503311" w:rsidRDefault="004305F6">
      <w:r>
        <w:t>Recruitment decisions will be based on skills, qualifications, experience, suitability for the role, commitment to safeguarding and ability to work positively with children.</w:t>
      </w:r>
    </w:p>
    <w:p w14:paraId="548C79AB" w14:textId="77777777" w:rsidR="00503311" w:rsidRDefault="004305F6">
      <w:r>
        <w:t>We will not unlawfully discriminate against an individual during recruitment or employment.</w:t>
      </w:r>
    </w:p>
    <w:p w14:paraId="2C248823" w14:textId="77777777" w:rsidR="00503311" w:rsidRDefault="004305F6">
      <w:r>
        <w:t>We aim to develop a coaching team that reflects the inclusive environment we want to provide for children.</w:t>
      </w:r>
    </w:p>
    <w:p w14:paraId="10877997" w14:textId="77777777" w:rsidR="00503311" w:rsidRDefault="004305F6">
      <w:r>
        <w:rPr>
          <w:b/>
          <w:sz w:val="26"/>
        </w:rPr>
        <w:t>9. Responsibilities of Coaches and Staff</w:t>
      </w:r>
    </w:p>
    <w:p w14:paraId="38504549" w14:textId="77777777" w:rsidR="00503311" w:rsidRDefault="004305F6">
      <w:r>
        <w:t>Every Front Foot Coaching coach and member of staff has a responsibility to:</w:t>
      </w:r>
    </w:p>
    <w:p w14:paraId="7A7EDA88" w14:textId="77777777" w:rsidR="00503311" w:rsidRDefault="00503311"/>
    <w:p w14:paraId="6F928B84" w14:textId="2E1FB3AB" w:rsidR="00503311" w:rsidRDefault="004305F6">
      <w:pPr>
        <w:pStyle w:val="ListBullet"/>
      </w:pPr>
      <w:r>
        <w:t>Understand and follow this policy.</w:t>
      </w:r>
    </w:p>
    <w:p w14:paraId="63FF2762" w14:textId="55FEB3A3" w:rsidR="00503311" w:rsidRDefault="004305F6">
      <w:pPr>
        <w:pStyle w:val="ListBullet"/>
      </w:pPr>
      <w:r>
        <w:t>Treat everyone fairly and respectfully.</w:t>
      </w:r>
    </w:p>
    <w:p w14:paraId="4E96D21D" w14:textId="1E814706" w:rsidR="00503311" w:rsidRDefault="004305F6">
      <w:pPr>
        <w:pStyle w:val="ListBullet"/>
      </w:pPr>
      <w:r>
        <w:t>Promote inclusion during every session.</w:t>
      </w:r>
    </w:p>
    <w:p w14:paraId="0B077183" w14:textId="553C0A39" w:rsidR="00503311" w:rsidRDefault="004305F6">
      <w:pPr>
        <w:pStyle w:val="ListBullet"/>
      </w:pPr>
      <w:r>
        <w:t xml:space="preserve">Challenge discriminatory </w:t>
      </w:r>
      <w:proofErr w:type="spellStart"/>
      <w:r>
        <w:t>behaviour</w:t>
      </w:r>
      <w:proofErr w:type="spellEnd"/>
      <w:r>
        <w:t xml:space="preserve"> appropriately.</w:t>
      </w:r>
    </w:p>
    <w:p w14:paraId="379A734D" w14:textId="565E8259" w:rsidR="00503311" w:rsidRDefault="004305F6">
      <w:pPr>
        <w:pStyle w:val="ListBullet"/>
      </w:pPr>
      <w:r>
        <w:t>Report concerns to the appropriate member of management.</w:t>
      </w:r>
    </w:p>
    <w:p w14:paraId="3B461A1A" w14:textId="6A55321F" w:rsidR="00503311" w:rsidRDefault="004305F6">
      <w:pPr>
        <w:pStyle w:val="ListBullet"/>
      </w:pPr>
      <w:r>
        <w:t>Consider individual needs when planning and delivering sessions.</w:t>
      </w:r>
    </w:p>
    <w:p w14:paraId="0B643C14" w14:textId="3C251B53" w:rsidR="00503311" w:rsidRDefault="004305F6">
      <w:pPr>
        <w:pStyle w:val="ListBullet"/>
      </w:pPr>
      <w:r>
        <w:t>Never intentionally exclude or disadvantage a participant.</w:t>
      </w:r>
    </w:p>
    <w:p w14:paraId="1F617C92" w14:textId="77357AD9" w:rsidR="00503311" w:rsidRDefault="004305F6">
      <w:pPr>
        <w:pStyle w:val="ListBullet"/>
      </w:pPr>
      <w:r>
        <w:t>Maintain professional standards at all times.</w:t>
      </w:r>
    </w:p>
    <w:p w14:paraId="79F4B471" w14:textId="77777777" w:rsidR="00503311" w:rsidRDefault="004305F6">
      <w:r>
        <w:t>Coaches are expected to act as positive role models for the children they work with.</w:t>
      </w:r>
    </w:p>
    <w:p w14:paraId="3BBB573A" w14:textId="77777777" w:rsidR="00503311" w:rsidRDefault="004305F6">
      <w:r>
        <w:rPr>
          <w:b/>
          <w:sz w:val="26"/>
        </w:rPr>
        <w:lastRenderedPageBreak/>
        <w:t>10. Parents, Carers and Participants</w:t>
      </w:r>
    </w:p>
    <w:p w14:paraId="1D0E0F6F" w14:textId="77777777" w:rsidR="00503311" w:rsidRDefault="004305F6">
      <w:r>
        <w:t>Parents, carers and participants are expected to support the values of Front Foot Coaching.</w:t>
      </w:r>
    </w:p>
    <w:p w14:paraId="3F72D41D" w14:textId="77777777" w:rsidR="00503311" w:rsidRDefault="004305F6">
      <w:r>
        <w:t>Everyone attending Front Foot Coaching activities is expected to:</w:t>
      </w:r>
    </w:p>
    <w:p w14:paraId="33403E9E" w14:textId="77777777" w:rsidR="00503311" w:rsidRDefault="00503311"/>
    <w:p w14:paraId="42AF0452" w14:textId="54E8D716" w:rsidR="00503311" w:rsidRDefault="004305F6">
      <w:pPr>
        <w:pStyle w:val="ListBullet"/>
      </w:pPr>
      <w:r>
        <w:t>Treat coaches, children, parents and other participants with respect.</w:t>
      </w:r>
    </w:p>
    <w:p w14:paraId="4F459E39" w14:textId="521685E7" w:rsidR="00503311" w:rsidRDefault="004305F6">
      <w:pPr>
        <w:pStyle w:val="ListBullet"/>
      </w:pPr>
      <w:r>
        <w:t>Avoid discriminatory or abusive language.</w:t>
      </w:r>
    </w:p>
    <w:p w14:paraId="3CD3C1C8" w14:textId="548FFC0E" w:rsidR="00503311" w:rsidRDefault="004305F6">
      <w:pPr>
        <w:pStyle w:val="ListBullet"/>
      </w:pPr>
      <w:r>
        <w:t>Support an inclusive environment.</w:t>
      </w:r>
    </w:p>
    <w:p w14:paraId="22BDDDAA" w14:textId="5ECB2E73" w:rsidR="00503311" w:rsidRDefault="004305F6">
      <w:pPr>
        <w:pStyle w:val="ListBullet"/>
      </w:pPr>
      <w:r>
        <w:t>Follow Front Foot Coaching's rules and procedures.</w:t>
      </w:r>
    </w:p>
    <w:p w14:paraId="68ED8B96" w14:textId="21FAF7D1" w:rsidR="00503311" w:rsidRDefault="004305F6">
      <w:pPr>
        <w:pStyle w:val="ListBullet"/>
      </w:pPr>
      <w:r>
        <w:t>Raise concerns appropriately rather than confronting or intimidating others.</w:t>
      </w:r>
    </w:p>
    <w:p w14:paraId="7C10E89C" w14:textId="77777777" w:rsidR="00503311" w:rsidRDefault="004305F6">
      <w:r>
        <w:t>Parents and carers should report concerns to Front Foot Coaching as soon as reasonably possible so that they can be investigated appropriately.</w:t>
      </w:r>
    </w:p>
    <w:p w14:paraId="2FB890D3" w14:textId="77777777" w:rsidR="00503311" w:rsidRDefault="004305F6">
      <w:r>
        <w:rPr>
          <w:b/>
          <w:sz w:val="26"/>
        </w:rPr>
        <w:t>11. Reporting Discrimination or Concerns</w:t>
      </w:r>
    </w:p>
    <w:p w14:paraId="5698B4B6" w14:textId="77777777" w:rsidR="00503311" w:rsidRDefault="004305F6">
      <w:r>
        <w:t>Front Foot Coaching encourages anyone who experiences or witnesses discrimination to report it.</w:t>
      </w:r>
    </w:p>
    <w:p w14:paraId="3B597D97" w14:textId="77777777" w:rsidR="00503311" w:rsidRDefault="004305F6">
      <w:r>
        <w:t>Concerns can be raised with:</w:t>
      </w:r>
    </w:p>
    <w:p w14:paraId="7333CAAA" w14:textId="77777777" w:rsidR="00503311" w:rsidRDefault="004305F6">
      <w:r>
        <w:t>Front Foot Coaching Management</w:t>
      </w:r>
      <w:r>
        <w:br/>
        <w:t>Email: admin@frontfootcoaching2.co.uk</w:t>
      </w:r>
      <w:r>
        <w:br/>
        <w:t>Telephone: 07825 678513</w:t>
      </w:r>
    </w:p>
    <w:p w14:paraId="24F2E088" w14:textId="77777777" w:rsidR="00503311" w:rsidRDefault="004305F6">
      <w:r>
        <w:t>All concerns will be taken seriously.</w:t>
      </w:r>
    </w:p>
    <w:p w14:paraId="149C9627" w14:textId="77777777" w:rsidR="00503311" w:rsidRDefault="004305F6">
      <w:r>
        <w:t>Where a complaint is made, Front Foot Coaching will:</w:t>
      </w:r>
    </w:p>
    <w:p w14:paraId="56391A5A" w14:textId="77777777" w:rsidR="00503311" w:rsidRDefault="004305F6">
      <w:r>
        <w:t>1. Record the concern appropriately.</w:t>
      </w:r>
      <w:r>
        <w:br/>
        <w:t>2. Assess the circumstances.</w:t>
      </w:r>
      <w:r>
        <w:br/>
        <w:t>3. Investigate where appropriate.</w:t>
      </w:r>
      <w:r>
        <w:br/>
        <w:t>4. Speak to relevant individuals.</w:t>
      </w:r>
      <w:r>
        <w:br/>
        <w:t>5. Take reasonable steps to protect those involved.</w:t>
      </w:r>
      <w:r>
        <w:br/>
        <w:t>6. Decide what action is appropriate.</w:t>
      </w:r>
      <w:r>
        <w:br/>
        <w:t>7. Apply sanctions where necessary.</w:t>
      </w:r>
      <w:r>
        <w:br/>
        <w:t>8. Refer matters to a school, governing body, safeguarding organisation or relevant authority where appropriate.</w:t>
      </w:r>
    </w:p>
    <w:p w14:paraId="67B4D3C5" w14:textId="77777777" w:rsidR="00503311" w:rsidRDefault="004305F6">
      <w:r>
        <w:t>We will aim to deal with complaints fairly, consistently and proportionately.</w:t>
      </w:r>
    </w:p>
    <w:p w14:paraId="1F2D2E0B" w14:textId="77777777" w:rsidR="00503311" w:rsidRDefault="004305F6">
      <w:r>
        <w:rPr>
          <w:b/>
          <w:sz w:val="26"/>
        </w:rPr>
        <w:t>12. Action Against Discrimination</w:t>
      </w:r>
    </w:p>
    <w:p w14:paraId="234C310B" w14:textId="77777777" w:rsidR="00503311" w:rsidRDefault="004305F6">
      <w:r>
        <w:t>Where discrimination, harassment, bullying or victimisation is found to have occurred, Front Foot Coaching will take appropriate action.</w:t>
      </w:r>
    </w:p>
    <w:p w14:paraId="3D022CB1" w14:textId="77777777" w:rsidR="00503311" w:rsidRDefault="004305F6">
      <w:r>
        <w:t>Depending on the circumstances, this may include:</w:t>
      </w:r>
    </w:p>
    <w:p w14:paraId="177956E6" w14:textId="77777777" w:rsidR="00503311" w:rsidRDefault="00503311"/>
    <w:p w14:paraId="25076BCE" w14:textId="43335619" w:rsidR="00503311" w:rsidRDefault="004305F6">
      <w:pPr>
        <w:pStyle w:val="ListBullet"/>
      </w:pPr>
      <w:r>
        <w:t>Verbal or written warnings.</w:t>
      </w:r>
    </w:p>
    <w:p w14:paraId="28BF84CB" w14:textId="39C216D9" w:rsidR="00503311" w:rsidRDefault="004305F6">
      <w:pPr>
        <w:pStyle w:val="ListBullet"/>
      </w:pPr>
      <w:r>
        <w:t>Removal from a session.</w:t>
      </w:r>
    </w:p>
    <w:p w14:paraId="56563A1C" w14:textId="433CEF68" w:rsidR="00503311" w:rsidRDefault="004305F6">
      <w:pPr>
        <w:pStyle w:val="ListBullet"/>
      </w:pPr>
      <w:r>
        <w:lastRenderedPageBreak/>
        <w:t>Suspension from activities.</w:t>
      </w:r>
    </w:p>
    <w:p w14:paraId="45002042" w14:textId="47292952" w:rsidR="00503311" w:rsidRDefault="004305F6">
      <w:pPr>
        <w:pStyle w:val="ListBullet"/>
      </w:pPr>
      <w:r>
        <w:t xml:space="preserve">Removal from a </w:t>
      </w:r>
      <w:proofErr w:type="spellStart"/>
      <w:r>
        <w:t>programme</w:t>
      </w:r>
      <w:proofErr w:type="spellEnd"/>
      <w:r>
        <w:t xml:space="preserve"> or team.</w:t>
      </w:r>
    </w:p>
    <w:p w14:paraId="30E266E2" w14:textId="05DE5362" w:rsidR="00503311" w:rsidRDefault="004305F6">
      <w:pPr>
        <w:pStyle w:val="ListBullet"/>
      </w:pPr>
      <w:r>
        <w:t>Restrictions on attendance.</w:t>
      </w:r>
    </w:p>
    <w:p w14:paraId="7891BCF2" w14:textId="302C1735" w:rsidR="00503311" w:rsidRDefault="004305F6">
      <w:pPr>
        <w:pStyle w:val="ListBullet"/>
      </w:pPr>
      <w:r>
        <w:t>Disciplinary action against staff.</w:t>
      </w:r>
    </w:p>
    <w:p w14:paraId="0A0A8FBF" w14:textId="0DAA374E" w:rsidR="00503311" w:rsidRDefault="004305F6">
      <w:pPr>
        <w:pStyle w:val="ListBullet"/>
      </w:pPr>
      <w:r>
        <w:t>Termination of a coaching arrangement.</w:t>
      </w:r>
    </w:p>
    <w:p w14:paraId="5239415E" w14:textId="7E08D99B" w:rsidR="00503311" w:rsidRDefault="004305F6">
      <w:pPr>
        <w:pStyle w:val="ListBullet"/>
      </w:pPr>
      <w:r>
        <w:t>Referral to the relevant school or organisation.</w:t>
      </w:r>
    </w:p>
    <w:p w14:paraId="798D88B7" w14:textId="39976296" w:rsidR="00503311" w:rsidRDefault="004305F6">
      <w:pPr>
        <w:pStyle w:val="ListBullet"/>
      </w:pPr>
      <w:r>
        <w:t>Referral to safeguarding professionals or statutory agencies where appropriate.</w:t>
      </w:r>
    </w:p>
    <w:p w14:paraId="45C2BEF4" w14:textId="77777777" w:rsidR="00503311" w:rsidRDefault="004305F6">
      <w:r>
        <w:t>The response will take into account the seriousness and circumstances of the behaviour.</w:t>
      </w:r>
    </w:p>
    <w:p w14:paraId="5B2474D3" w14:textId="77777777" w:rsidR="00503311" w:rsidRDefault="004305F6">
      <w:r>
        <w:rPr>
          <w:b/>
          <w:sz w:val="26"/>
        </w:rPr>
        <w:t>13. Positive Action and Removing Barriers</w:t>
      </w:r>
    </w:p>
    <w:p w14:paraId="20A2A8DB" w14:textId="77777777" w:rsidR="00503311" w:rsidRDefault="004305F6">
      <w:r>
        <w:t>Front Foot Coaching recognises that some children may face additional barriers to participation.</w:t>
      </w:r>
    </w:p>
    <w:p w14:paraId="1B34AA1C" w14:textId="77777777" w:rsidR="00503311" w:rsidRDefault="004305F6">
      <w:r>
        <w:t>We are committed to taking positive and proportionate action where inequalities exist.</w:t>
      </w:r>
    </w:p>
    <w:p w14:paraId="4E6EB1C3" w14:textId="77777777" w:rsidR="00503311" w:rsidRDefault="004305F6">
      <w:r>
        <w:t>This may include targeted programmes, adapted activities, additional support, intervention work or creating specific opportunities to encourage participation.</w:t>
      </w:r>
    </w:p>
    <w:p w14:paraId="07A66B85" w14:textId="77777777" w:rsidR="00503311" w:rsidRDefault="004305F6">
      <w:r>
        <w:t>Our goal is to ensure that every child has a genuine opportunity to participate, enjoy, learn and progress.</w:t>
      </w:r>
    </w:p>
    <w:p w14:paraId="16779374" w14:textId="77777777" w:rsidR="00503311" w:rsidRDefault="004305F6">
      <w:r>
        <w:rPr>
          <w:b/>
          <w:sz w:val="26"/>
        </w:rPr>
        <w:t>14. Training and Awareness</w:t>
      </w:r>
    </w:p>
    <w:p w14:paraId="04607D38" w14:textId="77777777" w:rsidR="00503311" w:rsidRDefault="004305F6">
      <w:r>
        <w:t>Front Foot Coaching is committed to developing staff knowledge and awareness around equality, diversity and inclusion.</w:t>
      </w:r>
    </w:p>
    <w:p w14:paraId="04B08A0A" w14:textId="77777777" w:rsidR="00503311" w:rsidRDefault="004305F6">
      <w:r>
        <w:t>Where appropriate, staff training will cover:</w:t>
      </w:r>
    </w:p>
    <w:p w14:paraId="03AC5A0F" w14:textId="77777777" w:rsidR="00503311" w:rsidRDefault="00503311"/>
    <w:p w14:paraId="06079C50" w14:textId="4BD144C1" w:rsidR="00503311" w:rsidRDefault="004305F6">
      <w:pPr>
        <w:pStyle w:val="ListBullet"/>
      </w:pPr>
      <w:r>
        <w:t>Equality and diversity.</w:t>
      </w:r>
    </w:p>
    <w:p w14:paraId="6D0458A4" w14:textId="6D9D28A4" w:rsidR="00503311" w:rsidRDefault="004305F6">
      <w:pPr>
        <w:pStyle w:val="ListBullet"/>
      </w:pPr>
      <w:r>
        <w:t>Inclusive coaching.</w:t>
      </w:r>
    </w:p>
    <w:p w14:paraId="5AC97287" w14:textId="77034244" w:rsidR="00503311" w:rsidRDefault="004305F6">
      <w:pPr>
        <w:pStyle w:val="ListBullet"/>
      </w:pPr>
      <w:r>
        <w:t>SEND and additional needs.</w:t>
      </w:r>
    </w:p>
    <w:p w14:paraId="7D3B950F" w14:textId="2E2C6722" w:rsidR="00503311" w:rsidRDefault="004305F6">
      <w:pPr>
        <w:pStyle w:val="ListBullet"/>
      </w:pPr>
      <w:r>
        <w:t>Appropriate communication.</w:t>
      </w:r>
    </w:p>
    <w:p w14:paraId="71D24F7E" w14:textId="7AF1838A" w:rsidR="00503311" w:rsidRDefault="004305F6">
      <w:pPr>
        <w:pStyle w:val="ListBullet"/>
      </w:pPr>
      <w:r>
        <w:t>Discrimination and harassment.</w:t>
      </w:r>
    </w:p>
    <w:p w14:paraId="2C40761B" w14:textId="097DBA9D" w:rsidR="00503311" w:rsidRDefault="004305F6">
      <w:pPr>
        <w:pStyle w:val="ListBullet"/>
      </w:pPr>
      <w:r>
        <w:t xml:space="preserve">Bullying and </w:t>
      </w:r>
      <w:proofErr w:type="spellStart"/>
      <w:r>
        <w:t>victimisation</w:t>
      </w:r>
      <w:proofErr w:type="spellEnd"/>
      <w:r>
        <w:t>.</w:t>
      </w:r>
    </w:p>
    <w:p w14:paraId="3FFFC1DA" w14:textId="624DC203" w:rsidR="00503311" w:rsidRDefault="004305F6">
      <w:pPr>
        <w:pStyle w:val="ListBullet"/>
      </w:pPr>
      <w:r>
        <w:t>Safeguarding.</w:t>
      </w:r>
    </w:p>
    <w:p w14:paraId="51BC8C14" w14:textId="40D324C2" w:rsidR="00503311" w:rsidRDefault="004305F6">
      <w:pPr>
        <w:pStyle w:val="ListBullet"/>
      </w:pPr>
      <w:r>
        <w:t>Creating positive coaching environments.</w:t>
      </w:r>
    </w:p>
    <w:p w14:paraId="4956CAD5" w14:textId="77777777" w:rsidR="00503311" w:rsidRDefault="004305F6">
      <w:r>
        <w:t>We will continue to review our practices and identify opportunities to improve inclusion across our programmes.</w:t>
      </w:r>
    </w:p>
    <w:p w14:paraId="21B038FA" w14:textId="77777777" w:rsidR="00503311" w:rsidRDefault="004305F6">
      <w:r>
        <w:rPr>
          <w:b/>
          <w:sz w:val="26"/>
        </w:rPr>
        <w:t>15. Alignment with The FA</w:t>
      </w:r>
    </w:p>
    <w:p w14:paraId="0086A25F" w14:textId="77777777" w:rsidR="00503311" w:rsidRDefault="004305F6">
      <w:r>
        <w:t>This policy has been developed with reference to and is aligned with the principles of The FA's Equality Policy and the FA Charter Standard Equality requirements.</w:t>
      </w:r>
    </w:p>
    <w:p w14:paraId="480FB7EE" w14:textId="77777777" w:rsidR="00503311" w:rsidRDefault="004305F6">
      <w:r>
        <w:t>Front Foot Coaching supports the principle that football belongs to everyone and that participants should be able to enjoy football without discrimination.</w:t>
      </w:r>
    </w:p>
    <w:p w14:paraId="1E0FFFC1" w14:textId="77777777" w:rsidR="00503311" w:rsidRDefault="004305F6">
      <w:r>
        <w:t>We have adapted these principles to reflect the nature of Front Foot Coaching as a professional children's coaching provider delivering school programmes, weekly sessions, teams, 1-to-1 coaching, holiday camps and other football activities.</w:t>
      </w:r>
    </w:p>
    <w:p w14:paraId="66D34955" w14:textId="77777777" w:rsidR="00503311" w:rsidRDefault="004305F6">
      <w:r>
        <w:lastRenderedPageBreak/>
        <w:t>Where there is a conflict between this policy and applicable legislation, statutory safeguarding requirements or relevant governing-body requirements, the applicable legislation or requirement will take precedence.</w:t>
      </w:r>
    </w:p>
    <w:p w14:paraId="52B120E3" w14:textId="77777777" w:rsidR="00503311" w:rsidRDefault="004305F6">
      <w:r>
        <w:rPr>
          <w:b/>
          <w:sz w:val="26"/>
        </w:rPr>
        <w:t>16. Our Front Foot Promise</w:t>
      </w:r>
    </w:p>
    <w:p w14:paraId="70478A97" w14:textId="77777777" w:rsidR="00503311" w:rsidRDefault="004305F6">
      <w:r>
        <w:t>At Front Foot Coaching, every child matters.</w:t>
      </w:r>
    </w:p>
    <w:p w14:paraId="039CB2CD" w14:textId="77777777" w:rsidR="00503311" w:rsidRDefault="004305F6">
      <w:r>
        <w:t>We will work to ensure that every player:</w:t>
      </w:r>
    </w:p>
    <w:p w14:paraId="2D842456" w14:textId="77777777" w:rsidR="00503311" w:rsidRDefault="004305F6">
      <w:r>
        <w:t>FEELS WELCOME.</w:t>
      </w:r>
      <w:r>
        <w:br/>
        <w:t>FEELS RESPECTED.</w:t>
      </w:r>
      <w:r>
        <w:br/>
        <w:t>FEELS SAFE.</w:t>
      </w:r>
      <w:r>
        <w:br/>
        <w:t>HAS THE OPPORTUNITY TO PARTICIPATE.</w:t>
      </w:r>
      <w:r>
        <w:br/>
        <w:t>IS ENCOURAGED TO DEVELOP.</w:t>
      </w:r>
      <w:r>
        <w:br/>
        <w:t>IS SUPPORTED TO BUILD CONFIDENCE.</w:t>
      </w:r>
      <w:r>
        <w:br/>
        <w:t>CAN ENJOY FOOTBALL.</w:t>
      </w:r>
    </w:p>
    <w:p w14:paraId="4172C41E" w14:textId="77777777" w:rsidR="00503311" w:rsidRDefault="004305F6">
      <w:r>
        <w:t>We believe that football is more than developing technical ability. It is an opportunity to build confidence, teamwork, resilience, friendships and positive experiences.</w:t>
      </w:r>
    </w:p>
    <w:p w14:paraId="6ADA9AAC" w14:textId="77777777" w:rsidR="00503311" w:rsidRDefault="004305F6">
      <w:r>
        <w:t>Our commitment is to create a coaching environment where every child has the opportunity to get on the Front Foot.</w:t>
      </w:r>
    </w:p>
    <w:p w14:paraId="5F6CA847" w14:textId="77777777" w:rsidR="00503311" w:rsidRDefault="004305F6">
      <w:r>
        <w:rPr>
          <w:b/>
          <w:sz w:val="26"/>
        </w:rPr>
        <w:t>Policy Review</w:t>
      </w:r>
    </w:p>
    <w:p w14:paraId="668085EE" w14:textId="77777777" w:rsidR="00503311" w:rsidRDefault="004305F6">
      <w:r>
        <w:t>This policy will be reviewed annually, or sooner where there are changes to legislation, FA guidance, safeguarding requirements or Front Foot Coaching's programmes and practices.</w:t>
      </w:r>
    </w:p>
    <w:p w14:paraId="6B9EE901" w14:textId="77777777" w:rsidR="00503311" w:rsidRDefault="004305F6">
      <w:r>
        <w:t>Next Review: September 2027</w:t>
      </w:r>
    </w:p>
    <w:p w14:paraId="4A5DBAA2" w14:textId="77777777" w:rsidR="00503311" w:rsidRDefault="004305F6">
      <w:r>
        <w:t>Approved by: Front Foot Coaching Ltd</w:t>
      </w:r>
      <w:r>
        <w:br/>
        <w:t>Date: September 2026</w:t>
      </w:r>
    </w:p>
    <w:sectPr w:rsidR="00503311" w:rsidSect="00034616">
      <w:footerReference w:type="default" r:id="rId8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F2EBA" w14:textId="77777777" w:rsidR="004305F6" w:rsidRDefault="004305F6">
      <w:pPr>
        <w:spacing w:after="0" w:line="240" w:lineRule="auto"/>
      </w:pPr>
      <w:r>
        <w:separator/>
      </w:r>
    </w:p>
  </w:endnote>
  <w:endnote w:type="continuationSeparator" w:id="0">
    <w:p w14:paraId="6BDD86A2" w14:textId="77777777" w:rsidR="004305F6" w:rsidRDefault="00430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5A578" w14:textId="77777777" w:rsidR="00503311" w:rsidRDefault="004305F6">
    <w:pPr>
      <w:pStyle w:val="Footer"/>
      <w:jc w:val="center"/>
    </w:pPr>
    <w:r>
      <w:rPr>
        <w:sz w:val="16"/>
      </w:rPr>
      <w:t>Front Foot Coaching Ltd | Equality, Diversity &amp; Inclusion Policy |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90F9B" w14:textId="77777777" w:rsidR="004305F6" w:rsidRDefault="004305F6">
      <w:pPr>
        <w:spacing w:after="0" w:line="240" w:lineRule="auto"/>
      </w:pPr>
      <w:r>
        <w:separator/>
      </w:r>
    </w:p>
  </w:footnote>
  <w:footnote w:type="continuationSeparator" w:id="0">
    <w:p w14:paraId="4EF640D8" w14:textId="77777777" w:rsidR="004305F6" w:rsidRDefault="004305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8298089">
    <w:abstractNumId w:val="8"/>
  </w:num>
  <w:num w:numId="2" w16cid:durableId="2021467313">
    <w:abstractNumId w:val="6"/>
  </w:num>
  <w:num w:numId="3" w16cid:durableId="1854954360">
    <w:abstractNumId w:val="5"/>
  </w:num>
  <w:num w:numId="4" w16cid:durableId="564873211">
    <w:abstractNumId w:val="4"/>
  </w:num>
  <w:num w:numId="5" w16cid:durableId="795952089">
    <w:abstractNumId w:val="7"/>
  </w:num>
  <w:num w:numId="6" w16cid:durableId="501119466">
    <w:abstractNumId w:val="3"/>
  </w:num>
  <w:num w:numId="7" w16cid:durableId="635375832">
    <w:abstractNumId w:val="2"/>
  </w:num>
  <w:num w:numId="8" w16cid:durableId="133107424">
    <w:abstractNumId w:val="1"/>
  </w:num>
  <w:num w:numId="9" w16cid:durableId="970285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05F6"/>
    <w:rsid w:val="00503311"/>
    <w:rsid w:val="005B16E1"/>
    <w:rsid w:val="00956E2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5B66DC"/>
  <w14:defaultImageDpi w14:val="300"/>
  <w15:docId w15:val="{48FF2CF6-C8C3-45CB-AD5D-7E9E7C7C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1606</Words>
  <Characters>9159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sam wilding</cp:lastModifiedBy>
  <cp:revision>2</cp:revision>
  <dcterms:created xsi:type="dcterms:W3CDTF">2026-09-02T08:49:00Z</dcterms:created>
  <dcterms:modified xsi:type="dcterms:W3CDTF">2026-09-02T08:49:00Z</dcterms:modified>
  <cp:category/>
</cp:coreProperties>
</file>